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PUBLICZNA SZKOŁA PODSTAWOWA NR 4</w:t>
        <w:br/>
        <w:t>IM. JANA PAWŁA II W KOZIENICACH</w:t>
      </w:r>
    </w:p>
    <w:p>
      <w:pPr>
        <w:jc w:val="right"/>
      </w:pPr>
      <w:r>
        <w:t>Kozienice, dnia ........................................ r.</w:t>
      </w:r>
    </w:p>
    <w:p>
      <w:pPr>
        <w:spacing w:before="200" w:after="80"/>
        <w:jc w:val="center"/>
      </w:pPr>
      <w:r>
        <w:rPr>
          <w:b/>
          <w:sz w:val="28"/>
        </w:rPr>
        <w:t>REZYGNACJA Z UDZIAŁU W ZAJĘCIACH</w:t>
      </w:r>
    </w:p>
    <w:p>
      <w:pPr>
        <w:spacing w:after="360"/>
        <w:jc w:val="center"/>
      </w:pPr>
      <w:r>
        <w:rPr>
          <w:b/>
          <w:sz w:val="28"/>
        </w:rPr>
        <w:t>„EDUKACJA ZDROWOTNA – ZDROWIE SEKSUALNE”</w:t>
      </w:r>
    </w:p>
    <w:p>
      <w:pPr>
        <w:spacing w:after="280"/>
      </w:pPr>
      <w:r>
        <w:rPr>
          <w:b/>
        </w:rPr>
        <w:t>Dyrektor</w:t>
        <w:br/>
        <w:t>Publicznej Szkoły Podstawowej nr 4</w:t>
        <w:br/>
        <w:t>im. Jana Pawła II w Kozienicach</w:t>
      </w:r>
    </w:p>
    <w:p>
      <w:r>
        <w:t>Ja, niżej podpisany/a</w:t>
        <w:br/>
      </w:r>
      <w:r>
        <w:t>...............................................................................................................................</w:t>
      </w:r>
    </w:p>
    <w:p>
      <w:pPr>
        <w:jc w:val="center"/>
      </w:pPr>
      <w:r>
        <w:rPr>
          <w:i/>
          <w:sz w:val="18"/>
        </w:rPr>
        <w:t>imię i nazwisko rodzica / opiekuna prawnego</w:t>
      </w:r>
    </w:p>
    <w:p>
      <w:r>
        <w:t>rodzic / opiekun prawny ucznia/uczennicy</w:t>
        <w:br/>
      </w:r>
      <w:r>
        <w:t>...............................................................................................................................</w:t>
      </w:r>
    </w:p>
    <w:p>
      <w:pPr>
        <w:jc w:val="center"/>
      </w:pPr>
      <w:r>
        <w:rPr>
          <w:i/>
          <w:sz w:val="18"/>
        </w:rPr>
        <w:t>imię i nazwisko ucznia / uczennicy</w:t>
      </w:r>
    </w:p>
    <w:p>
      <w:pPr>
        <w:spacing w:after="280"/>
      </w:pPr>
      <w:r>
        <w:t>klasa: ........................</w:t>
      </w:r>
    </w:p>
    <w:p>
      <w:pPr>
        <w:spacing w:after="320"/>
        <w:jc w:val="both"/>
      </w:pPr>
      <w:r>
        <w:t>niniejszym składam pisemną rezygnację z udziału mojego dziecka w zajęciach „Edukacja zdrowotna – zdrowie seksualne” w roku szkolnym 2026/2027.</w:t>
      </w:r>
    </w:p>
    <w:p>
      <w:pPr>
        <w:spacing w:before="80"/>
      </w:pPr>
      <w:r>
        <w:rPr>
          <w:b/>
        </w:rPr>
        <w:t xml:space="preserve">Podstawa prawna: </w:t>
      </w:r>
      <w:r>
        <w:rPr>
          <w:sz w:val="18"/>
        </w:rPr>
        <w:t>Rozporządzenie Ministra Edukacji z dnia 17 lipca 2026 r. 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 ogólnego (Dz.U. z 2026 r. poz. 966).</w:t>
      </w:r>
    </w:p>
    <w:p>
      <w:pPr>
        <w:spacing w:before="520"/>
        <w:jc w:val="right"/>
      </w:pPr>
      <w:r>
        <w:t>...............................................................</w:t>
        <w:br/>
      </w:r>
      <w:r>
        <w:rPr>
          <w:i/>
          <w:sz w:val="18"/>
        </w:rPr>
        <w:t>czytelny podpis rodzica / opiekuna prawnego</w:t>
      </w:r>
    </w:p>
    <w:p>
      <w:pPr>
        <w:spacing w:before="480"/>
      </w:pPr>
      <w:r>
        <w:rPr>
          <w:b/>
        </w:rPr>
        <w:t>Adnotacje szkoły</w:t>
      </w:r>
    </w:p>
    <w:p>
      <w:r>
        <w:t>Data wpływu rezygnacji: ........................................................</w:t>
      </w:r>
    </w:p>
    <w:p>
      <w:r>
        <w:t>Podpis osoby przyjmującej: ....................................................</w:t>
      </w:r>
    </w:p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PSP nr 4 im. Jana Pawła II w Kozienicach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