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000000"/>
          <w:sz w:val="20"/>
        </w:rPr>
        <w:t>PUBLICZNA SZKOŁA PODSTAWOWA NR 4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000000"/>
          <w:sz w:val="20"/>
        </w:rPr>
        <w:t>im. Jana Pawła II w Kozienicach</w:t>
      </w:r>
    </w:p>
    <w:p>
      <w:pPr>
        <w:pStyle w:val="Title"/>
        <w:jc w:val="center"/>
      </w:pPr>
      <w:r>
        <w:t>Sprzeciw wobec profilaktycznej opieki zdrowotnej nad uczniem</w:t>
      </w:r>
    </w:p>
    <w:p>
      <w:pPr>
        <w:spacing w:after="140"/>
      </w:pPr>
      <w:r>
        <w:rPr>
          <w:rFonts w:ascii="Aptos" w:hAnsi="Aptos" w:eastAsia="Aptos"/>
          <w:b/>
          <w:color w:val="000000"/>
          <w:sz w:val="21"/>
        </w:rPr>
        <w:t xml:space="preserve">Adresat: </w:t>
      </w:r>
      <w:r>
        <w:rPr>
          <w:rFonts w:ascii="Aptos" w:hAnsi="Aptos" w:eastAsia="Aptos"/>
          <w:b w:val="0"/>
          <w:color w:val="000000"/>
          <w:sz w:val="21"/>
        </w:rPr>
        <w:t>........................................................................................................................................</w:t>
        <w:br/>
      </w:r>
      <w:r>
        <w:rPr>
          <w:rFonts w:ascii="Aptos" w:hAnsi="Aptos" w:eastAsia="Aptos"/>
          <w:b w:val="0"/>
          <w:color w:val="000000"/>
          <w:sz w:val="17"/>
        </w:rPr>
        <w:t>nazwa świadczeniodawcy realizującego profilaktyczną opiekę zdrowotną nad uczniami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C4D3"/>
          <w:left w:val="single" w:sz="6" w:space="0" w:color="B7C4D3"/>
          <w:bottom w:val="single" w:sz="6" w:space="0" w:color="B7C4D3"/>
          <w:right w:val="single" w:sz="6" w:space="0" w:color="B7C4D3"/>
          <w:insideH w:val="single" w:sz="6" w:space="0" w:color="B7C4D3"/>
          <w:insideV w:val="single" w:sz="6" w:space="0" w:color="B7C4D3"/>
        </w:tblBorders>
      </w:tblPr>
      <w:tblGrid>
        <w:gridCol w:w="3005"/>
        <w:gridCol w:w="6973"/>
      </w:tblGrid>
      <w:tr>
        <w:tc>
          <w:tcPr>
            <w:tcW w:type="dxa" w:w="3005"/>
            <w:vAlign w:val="center"/>
            <w:shd w:fill="EAF1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/>
                <w:color w:val="000000"/>
                <w:sz w:val="19"/>
              </w:rPr>
              <w:t>Imię i nazwisko ucznia</w:t>
            </w:r>
          </w:p>
        </w:tc>
        <w:tc>
          <w:tcPr>
            <w:tcW w:type="dxa" w:w="69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........................................................................................................</w:t>
            </w:r>
          </w:p>
        </w:tc>
      </w:tr>
      <w:tr>
        <w:tc>
          <w:tcPr>
            <w:tcW w:type="dxa" w:w="3005"/>
            <w:vAlign w:val="center"/>
            <w:shd w:fill="EAF1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/>
                <w:color w:val="000000"/>
                <w:sz w:val="19"/>
              </w:rPr>
              <w:t>Klasa</w:t>
            </w:r>
          </w:p>
        </w:tc>
        <w:tc>
          <w:tcPr>
            <w:tcW w:type="dxa" w:w="69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........................................................................................................</w:t>
            </w:r>
          </w:p>
        </w:tc>
      </w:tr>
      <w:tr>
        <w:tc>
          <w:tcPr>
            <w:tcW w:type="dxa" w:w="3005"/>
            <w:vAlign w:val="center"/>
            <w:shd w:fill="EAF1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/>
                <w:color w:val="000000"/>
                <w:sz w:val="19"/>
              </w:rPr>
              <w:t>Imię i nazwisko rodzica lub opiekuna prawnego</w:t>
            </w:r>
          </w:p>
        </w:tc>
        <w:tc>
          <w:tcPr>
            <w:tcW w:type="dxa" w:w="697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0"/>
              </w:rPr>
              <w:t xml:space="preserve"> ........................................................................................................</w:t>
            </w:r>
          </w:p>
        </w:tc>
      </w:tr>
    </w:tbl>
    <w:p>
      <w:pPr>
        <w:spacing w:before="160" w:after="100"/>
      </w:pPr>
      <w:r>
        <w:rPr>
          <w:rFonts w:ascii="Aptos" w:hAnsi="Aptos" w:eastAsia="Aptos"/>
          <w:b w:val="0"/>
          <w:color w:val="000000"/>
          <w:sz w:val="20"/>
        </w:rPr>
        <w:t>Działając na podstawie art. 7 ust. 2 i 3 ustawy z dnia 12 kwietnia 2019 r. o opiece zdrowotnej nad uczniami, po zapoznaniu się z informacją o zakresie tej opieki, składam pisemny sprzeciw wobec: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space="0" w:color="9FB2C7"/>
          <w:left w:val="single" w:sz="7" w:space="0" w:color="9FB2C7"/>
          <w:bottom w:val="single" w:sz="7" w:space="0" w:color="9FB2C7"/>
          <w:right w:val="single" w:sz="7" w:space="0" w:color="9FB2C7"/>
          <w:insideH w:val="single" w:sz="7" w:space="0" w:color="9FB2C7"/>
          <w:insideV w:val="single" w:sz="7" w:space="0" w:color="9FB2C7"/>
        </w:tblBorders>
      </w:tblPr>
      <w:tblGrid>
        <w:gridCol w:w="680"/>
        <w:gridCol w:w="9298"/>
      </w:tblGrid>
      <w:tr>
        <w:tc>
          <w:tcPr>
            <w:tcW w:type="dxa" w:w="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30"/>
              </w:rPr>
              <w:t>☐</w:t>
            </w:r>
          </w:p>
        </w:tc>
        <w:tc>
          <w:tcPr>
            <w:tcW w:type="dxa" w:w="929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0"/>
              </w:rPr>
              <w:t>objęcia mojego dziecka całością profilaktycznej opieki zdrowotnej sprawowanej przez pielęgniarkę środowiska nauczania i wychowania albo higienistkę szkolną;</w:t>
            </w:r>
          </w:p>
        </w:tc>
      </w:tr>
      <w:tr>
        <w:tc>
          <w:tcPr>
            <w:tcW w:type="dxa" w:w="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30"/>
              </w:rPr>
              <w:t>☐</w:t>
            </w:r>
          </w:p>
        </w:tc>
        <w:tc>
          <w:tcPr>
            <w:tcW w:type="dxa" w:w="929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ptos" w:hAnsi="Aptos" w:eastAsia="Aptos"/>
                <w:b w:val="0"/>
                <w:color w:val="000000"/>
                <w:sz w:val="20"/>
              </w:rPr>
              <w:t>udzielania wyłącznie następujących świadczeń profilaktycznej opieki zdrowotnej:</w:t>
              <w:br/>
              <w:t>........................................................................................................................................</w:t>
              <w:br/>
              <w:t>........................................................................................................................................</w:t>
            </w:r>
          </w:p>
        </w:tc>
      </w:tr>
    </w:tbl>
    <w:p>
      <w:pPr>
        <w:spacing w:before="60" w:after="100"/>
      </w:pPr>
      <w:r>
        <w:rPr>
          <w:rFonts w:ascii="Aptos" w:hAnsi="Aptos" w:eastAsia="Aptos"/>
          <w:b w:val="0"/>
          <w:color w:val="000000"/>
          <w:sz w:val="17"/>
        </w:rPr>
        <w:t>Proszę zaznaczyć jeden wariant. W przypadku sprzeciwu częściowego należy dokładnie wskazać świadczenia, których sprzeciw dotyczy.</w:t>
      </w:r>
    </w:p>
    <w:p>
      <w:pPr>
        <w:spacing w:before="80" w:after="100"/>
      </w:pPr>
      <w:r>
        <w:rPr>
          <w:rFonts w:ascii="Aptos" w:hAnsi="Aptos" w:eastAsia="Aptos"/>
          <w:b/>
          <w:color w:val="000000"/>
          <w:sz w:val="20"/>
        </w:rPr>
        <w:t>Oświadczam, że zostałem/-am poinformowany/-a, iż:</w:t>
      </w:r>
    </w:p>
    <w:p>
      <w:pPr>
        <w:spacing w:after="40"/>
        <w:ind w:left="283" w:hanging="227"/>
      </w:pPr>
      <w:r>
        <w:rPr>
          <w:rFonts w:ascii="Aptos" w:hAnsi="Aptos" w:eastAsia="Aptos"/>
          <w:b w:val="0"/>
          <w:color w:val="000000"/>
          <w:sz w:val="19"/>
        </w:rPr>
        <w:t>•  sprzeciw wywołuje skutek od chwili jego doręczenia świadczeniodawcy realizującemu opiekę;</w:t>
      </w:r>
    </w:p>
    <w:p>
      <w:pPr>
        <w:spacing w:after="40"/>
        <w:ind w:left="283" w:hanging="227"/>
      </w:pPr>
      <w:r>
        <w:rPr>
          <w:rFonts w:ascii="Aptos" w:hAnsi="Aptos" w:eastAsia="Aptos"/>
          <w:b w:val="0"/>
          <w:color w:val="000000"/>
          <w:sz w:val="19"/>
        </w:rPr>
        <w:t>•  sprzeciw można w każdym czasie wycofać w formie pisemnej;</w:t>
      </w:r>
    </w:p>
    <w:p>
      <w:pPr>
        <w:spacing w:after="40"/>
        <w:ind w:left="283" w:hanging="227"/>
      </w:pPr>
      <w:r>
        <w:rPr>
          <w:rFonts w:ascii="Aptos" w:hAnsi="Aptos" w:eastAsia="Aptos"/>
          <w:b w:val="0"/>
          <w:color w:val="000000"/>
          <w:sz w:val="19"/>
        </w:rPr>
        <w:t>•  sprzeciw nie ogranicza udzielenia pomocy w stanie nagłego zagrożenia zdrowotnego ani obowiązku udzielania pierwszej pomocy.</w:t>
      </w:r>
    </w:p>
    <w:p>
      <w:pPr>
        <w:spacing w:before="200" w:after="0"/>
      </w:pPr>
      <w:r>
        <w:rPr>
          <w:rFonts w:ascii="Aptos" w:hAnsi="Aptos" w:eastAsia="Aptos"/>
          <w:b w:val="0"/>
          <w:color w:val="000000"/>
          <w:sz w:val="20"/>
        </w:rPr>
        <w:t>.........................................................                 .................................................................</w:t>
      </w:r>
    </w:p>
    <w:p>
      <w:pPr>
        <w:spacing w:after="160"/>
      </w:pPr>
      <w:r>
        <w:rPr>
          <w:rFonts w:ascii="Aptos" w:hAnsi="Aptos" w:eastAsia="Aptos"/>
          <w:b w:val="0"/>
          <w:color w:val="000000"/>
          <w:sz w:val="17"/>
        </w:rPr>
        <w:t xml:space="preserve">       miejscowość i data                                      czytelny podpis rodzica lub opiekuna prawnego</w:t>
      </w:r>
    </w:p>
    <w:p>
      <w:pPr>
        <w:spacing w:before="60" w:after="40"/>
      </w:pPr>
      <w:r>
        <w:rPr>
          <w:rFonts w:ascii="Aptos" w:hAnsi="Aptos" w:eastAsia="Aptos"/>
          <w:b/>
          <w:color w:val="000000"/>
          <w:sz w:val="19"/>
        </w:rPr>
        <w:t>Potwierdzenie przyjęcia przez świadczeniodawcę</w:t>
      </w:r>
    </w:p>
    <w:p>
      <w:pPr>
        <w:spacing w:after="0"/>
      </w:pPr>
      <w:r>
        <w:rPr>
          <w:rFonts w:ascii="Aptos" w:hAnsi="Aptos" w:eastAsia="Aptos"/>
          <w:b w:val="0"/>
          <w:color w:val="000000"/>
          <w:sz w:val="19"/>
        </w:rPr>
        <w:t>Data wpływu: ....................................      Podpis osoby przyjmującej: ........................................................</w:t>
      </w:r>
    </w:p>
    <w:p>
      <w:pPr>
        <w:spacing w:before="160" w:after="0"/>
      </w:pPr>
      <w:r>
        <w:rPr>
          <w:rFonts w:ascii="Aptos" w:hAnsi="Aptos" w:eastAsia="Aptos"/>
          <w:b w:val="0"/>
          <w:color w:val="000000"/>
          <w:sz w:val="16"/>
        </w:rPr>
        <w:t>Podstawa prawna: art. 7 ust. 2 i 3 ustawy z dnia 12 kwietnia 2019 r. o opiece zdrowotnej nad uczniami (Dz.U. z 2019 r. poz. 1078, z późn. zm.). Sprzeciw składa się świadczeniodawcy realizującemu opiekę, a nie dyrektorowi szkoły.</w:t>
      </w:r>
    </w:p>
    <w:sectPr w:rsidR="00FC693F" w:rsidRPr="0006063C" w:rsidSect="00034616">
      <w:pgSz w:w="11906" w:h="16838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Sprzeciw wobec profilaktycznej opieki zdrowotnej nad uczniem</dc:title>
  <dc:subject>Formularz dla rodzica lub opiekuna prawnego</dc:subject>
  <dc:creator>Publiczna Szkoła Podstawowa nr 4 im. Jana Pawła II w Kozienicach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